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הצבת מטרות</w:t>
      </w:r>
    </w:p>
    <w:p>
      <w:pPr>
        <w:bidi/>
        <w:jc w:val="right"/>
      </w:pPr>
      <w:r>
        <w:rPr>
          <w:rFonts w:ascii="Arial" w:hAnsi="Arial" w:cs="Arial"/>
          <w:sz w:val="24"/>
          <w:rtl/>
          <w:szCs w:val="24"/>
        </w:rPr>
        <w:t>• 🎯 מטרה: לתרגל את ערך השבוע "הצבת מטרות"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יסודי ג׳–ו׳</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ג – לבחור לאן רוצים להגיע, ולתכנן צעדים קטנים וברורים בדרך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ב – לראות בטעות שיעור ולא כישלון, ולנסות שוב בדרך חדשה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א – לשים לב לרגשות ולצרכים של אחרים, ולהגיב בעדינות ובאכפתיות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ד – להכיר את הסיפורים, המנהגים והמקומות שמהם באנו, ולכבד גם את של אחרים</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תוכנית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אחרי 3 ימים</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הצבת מטרות – דף תרגול</w:t>
      </w:r>
    </w:p>
    <w:p>
      <w:pPr>
        <w:bidi/>
        <w:jc w:val="right"/>
      </w:pPr>
      <w:r>
        <w:rPr>
          <w:rFonts w:ascii="Arial" w:hAnsi="Arial" w:cs="Arial"/>
          <w:color w:val="555577"/>
          <w:sz w:val="24"/>
          <w:rtl/>
          <w:szCs w:val="24"/>
        </w:rPr>
        <w:t>ערך השבוע: הצבת מטרות – לבחור לאן רוצים להגיע, ולתכנן צעדים קטנים וברורים בדרך.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יוסף החליט שהוא רוצה לקרוא ספר שלם עד סוף החודש. הספר נראה עבה ומפחיד. הוא חילק את מספר העמודים במספר הימים, וגילה שזה רק עשרה עמודים ביום. איך מטרה גדולה נהיית קלה יותר כשמחלקים אותה?</w:t>
      </w:r>
    </w:p>
    <w:p>
      <w:pPr>
        <w:bidi/>
        <w:jc w:val="right"/>
      </w:pPr>
      <w:r>
        <w:rPr>
          <w:rFonts w:ascii="Arial" w:hAnsi="Arial" w:cs="Arial"/>
          <w:sz w:val="24"/>
          <w:rtl/>
          <w:szCs w:val="24"/>
        </w:rPr>
        <w:t>1. איך מחלקים מטרה גדולה לצעדים קטנים?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מה עושים כשלא מצליחים בפעם הראשונה?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"הצבת מטרות"?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לספר בסוף השבוע מה הצלחתי</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ללעוג למי שטועה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להתאמן עליו קצת כל יום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לבחור דבר אחד חדש ללמוד</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לוותר מיד כשקשה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הצבת מטרות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לשים לב לרגשות ולצרכים של אחרים, ולהגיב בעדינות ובאכפתיות</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טעויות כהזדמנות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לראות בטעות שיעור ולא כישלון, ולנסות שוב בדרך חדשה</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רגישות לזולת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לבחור לאן רוצים להגיע, ולתכנן צעדים קטנים וברורים בדרך</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מסורת ושורשים</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להכיר את הסיפורים, המנהגים והמקומות שמהם באנו, ולכבד גם את של אחרים</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"חלום עם ________ הופך למטרה, ומטרה עם צעדים הופכת להצלחה"</w:t>
      </w:r>
    </w:p>
    <w:p>
      <w:pPr>
        <w:bidi/>
        <w:jc w:val="right"/>
      </w:pPr>
      <w:r>
        <w:rPr>
          <w:rFonts w:ascii="Arial" w:hAnsi="Arial" w:cs="Arial"/>
          <w:sz w:val="24"/>
          <w:rtl/>
          <w:szCs w:val="24"/>
        </w:rPr>
        <w:t>2. 🧩 חידה: שבלול רוצה לטפס על קיר בגובה 3 מטרים. בכל יום הוא עולה מטר אחד ולא מחליק למטה. אחרי כמה ימים יגיע למעלה?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לבחור דבר אחד חדש ללמוד · להתאמן עליו קצת כל יום · לספר בסוף השבוע מה הצלחתי</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למדתי השבוע על הדרך להגיע למטרה?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איזה צעד קטן לקראת מטרה עשיתם השבוע?</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הצבת מטרות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