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הצבת מטרות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לתרגל את ערך השבוע "הצבת מטרות" בקריאה, בשיח ובכתיבה אישית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רגיל · חט״ב ותיכון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https://ptichat-shavua.sites.tab.bot/tirgul.html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אפשר לקרוא את הסיפור בקול לפני העבודה העצמית, ולסיים בשיחה במעגל (10 דקות).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בשאלות הדעה מעריכים נימוק ודוגמה, לא "תשובה נכונה".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הדף מתאים לשבוע של הערך בלוח השבועי באתר, אבל אפשר להשתמש בו בכל זמן.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זה לא מחזק את הערך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זה לא מחזק את הערך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לבחור לאן רוצים להגיע, ולתכנן צעדים קטנים וברורים בדרך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לראות בטעות שיעור ולא כישלון, ולנסות שוב בדרך חדשה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לשים לב לרגשות ולצרכים של אחרים, ולהגיב בעדינות ובאכפתיות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להכיר את הסיפורים, המנהגים והמקומות שמהם באנו, ולכבד גם את של אחרים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תוכנית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ביום השמיני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ה׳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מטרה ברורה, צעד מעשי אחד לפחות, דרך לבדוק הצלחה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🎯 הצבת מטרות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ערך השבוע: הצבת מטרות – לבחור לאן רוצים להגיע, ולתכנן צעדים קטנים וברורים בדרך. קראו, ענו וכתבו. אין תשובה אחת נכונה בשאלות האישיות.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קוראים סיפור קצר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📖 אדל רוצה לשפר את הציון שלה באנגלית. בהתחלה כתבה לעצמה "להשתפר", ולא קרה כלום. אחר כך כתבה: "ללמוד עשר מילים חדשות כל שבוע ולדבר עם המורה פעם בשבועיים". פתאום היה לה ברור מה לעשות. מה ההבדל בין משאלה לבין מטרה?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מה ההבדל בין משאלה לבין מטרה?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איך אפשר לעקוב אחרי ההתקדמות שלנו?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מתי נכון לשנות מטרה ולא לוותר עליה?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מה הייתם עושים במקום הדמות בסיפור? למה?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מה מחזק את הערך?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סמנו: האם המעשה מחזק את ערך השבוע "הצבת מטרות"?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לספר סוד של חבר או חברה לכולם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לקטוע מישהו באמצע המשפט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לכתוב מטרה ברורה ומדידה לשבוע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לבדוק ביום חמישי איפה אני עומד/ת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לחלק אותה לשלושה צעדים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מתאימים ערך להסבר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ליד כל ערך את האות של ההסבר המתאים לו.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🎯 הצבת מטרות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לראות בטעות שיעור ולא כישלון, ולנסות שוב בדרך חדשה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🌱 טעויות כהזדמנות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להכיר את הסיפורים, המנהגים והמקומות שמהם באנו, ולכבד גם את של אחרים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🫶 רגישות לזולת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לבחור לאן רוצים להגיע, ולתכנן צעדים קטנים וברורים בדרך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🌳 מסורת ושורשים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 לשים לב לרגשות ולצרכים של אחרים, ולהגיב בעדינות ובאכפתיות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משפט השבוע וחידה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השלימו את משפט השבוע: "חלום עם ________ הופך למטרה, ומטרה עם צעדים הופכת להצלחה"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🧩 חידה: צפרדע בתחתית באר בעומק 10 מטרים. ביום היא קופצת 3 מטרים למעלה, ובלילה מחליקה 2 מטרים למטה. ביום הכמה תצא מהבאר?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המטרה שלי לשבוע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בחרו מטרה אחת (או כתבו מטרה משלכם) ותכננו איך תעשו אותה: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אפשרויות: לכתוב מטרה ברורה ומדידה לשבוע · לחלק אותה לשלושה צעדים · לבדוק ביום חמישי איפה אני עומד/ת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מה אעשה? מתי? עם מי?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איך אדע שהצלחתי?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מה למדתי השבוע על הדרך להגיע למטרה?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איזה צעד קטן לקראת מטרה עשיתם השבוע?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הרגשתי בתרגול?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הצבת מטרות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