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בריאות ואיזון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"בריאות ואיזון"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מנוחה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health / здоровье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sleep / сон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water / вода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rest / отдых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🌿 בריאות ואיזון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בריאות זה לישון, לאכול טוב, לשתות מים ולזוז.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health · здоровье · ጤና · صحة · santé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sleep · сон · እንቅልፍ · نوم · sommeil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water · вода · ውሃ · ماء · 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rest · отдых · እረፍት · راحة · repos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בריאות  |  שינה  |  מים  |  מנוחה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rest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בריאות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מנוחה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water / вода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health / здоровье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sleep / сон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rest / отдых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לישון, לאכול טוב, לשתות מים ולזוז.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"בריאות".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אתם אוכלים שנותן לכם כוח?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לשתות מים בכל הפסקה / לשחק בחוץ לפחות פעם ביום)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בריאות ואיזון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