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בריאות ואיזון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"בריאות ואיזון"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🌿 בריאות ואיזון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בָּרִיא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🌿 בריאות ואיזון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🌿 💧 😴  משפט השבוע: גּוּף בָּרִיא, לֵב שָׂמֵחַ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וְעוֹד  |  לוֹמְדִים  |  בָּרִיא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"גּוּף בָּרִיא, לֵב שָׂמֵחַ"?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🌿 בריאות ואיזון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🎯 הצבת מטרות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לשתות מים בכל 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לשחק בחוץ לפחות פעם ביום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גּוּף ________, לֵב שָׂמֵחַ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אתם אוכלים שנותן לכם כוח?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לשתות מים בכל הפסקה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בריאות ואיזון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